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66" w:type="dxa"/>
        <w:jc w:val="center"/>
        <w:tblLayout w:type="fixed"/>
        <w:tblLook w:val="04A0" w:firstRow="1" w:lastRow="0" w:firstColumn="1" w:lastColumn="0" w:noHBand="0" w:noVBand="1"/>
      </w:tblPr>
      <w:tblGrid>
        <w:gridCol w:w="1136"/>
        <w:gridCol w:w="1174"/>
        <w:gridCol w:w="3554"/>
        <w:gridCol w:w="2270"/>
        <w:gridCol w:w="2332"/>
      </w:tblGrid>
      <w:tr w:rsidR="00C95BDA" w14:paraId="74F92BC7" w14:textId="77777777" w:rsidTr="00594CD9">
        <w:trPr>
          <w:trHeight w:hRule="exact" w:val="1219"/>
          <w:jc w:val="center"/>
        </w:trPr>
        <w:tc>
          <w:tcPr>
            <w:tcW w:w="1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019689" w14:textId="77777777" w:rsidR="00C95B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0DD6FB" wp14:editId="6CFD40DC">
                  <wp:extent cx="630000" cy="63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or Bilimleri Fakültesi(20260930-134032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8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F8F304" w14:textId="48197831" w:rsidR="00C95BDA" w:rsidRDefault="00594CD9" w:rsidP="00594CD9">
            <w:pPr>
              <w:jc w:val="center"/>
            </w:pPr>
            <w:r>
              <w:rPr>
                <w:b/>
                <w:sz w:val="24"/>
              </w:rPr>
              <w:t xml:space="preserve">               </w:t>
            </w:r>
            <w:r w:rsidR="00000000">
              <w:rPr>
                <w:b/>
                <w:sz w:val="24"/>
              </w:rPr>
              <w:t>AYDIN ADNAN MENDERES ÜNİVERSİTESİ</w:t>
            </w:r>
            <w:r w:rsidR="00000000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 xml:space="preserve">            </w:t>
            </w:r>
            <w:r w:rsidR="00000000">
              <w:rPr>
                <w:b/>
                <w:sz w:val="24"/>
              </w:rPr>
              <w:t>SPOR BİLİMLERİ FAKÜLTESİ</w:t>
            </w:r>
          </w:p>
        </w:tc>
        <w:tc>
          <w:tcPr>
            <w:tcW w:w="233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8FB401" w14:textId="77777777" w:rsidR="00C95BDA" w:rsidRDefault="00C95BDA"/>
        </w:tc>
      </w:tr>
      <w:tr w:rsidR="00C95BDA" w14:paraId="364D261C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351"/>
          <w:jc w:val="center"/>
        </w:trPr>
        <w:tc>
          <w:tcPr>
            <w:tcW w:w="10466" w:type="dxa"/>
            <w:gridSpan w:val="5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1171F3" w14:textId="77777777" w:rsidR="00C95BDA" w:rsidRDefault="00000000">
            <w:pPr>
              <w:jc w:val="center"/>
            </w:pPr>
            <w:r>
              <w:rPr>
                <w:b/>
                <w:sz w:val="22"/>
              </w:rPr>
              <w:t>AKADEMİK DANIŞMANLIK TOPLANTI TUTANAĞI</w:t>
            </w:r>
          </w:p>
        </w:tc>
      </w:tr>
      <w:tr w:rsidR="00C95BDA" w14:paraId="66ECF630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6"/>
          <w:jc w:val="center"/>
        </w:trPr>
        <w:tc>
          <w:tcPr>
            <w:tcW w:w="10466" w:type="dxa"/>
            <w:gridSpan w:val="5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8BBC7CE" w14:textId="77777777" w:rsidR="00C95BDA" w:rsidRDefault="00000000">
            <w:r>
              <w:rPr>
                <w:b/>
              </w:rPr>
              <w:t xml:space="preserve">Akademik Danışman Ünvanı/Adı Soyadı: </w:t>
            </w:r>
          </w:p>
        </w:tc>
      </w:tr>
      <w:tr w:rsidR="00C95BDA" w14:paraId="559C117B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6"/>
          <w:jc w:val="center"/>
        </w:trPr>
        <w:tc>
          <w:tcPr>
            <w:tcW w:w="5864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2BAD6CCD" w14:textId="77777777" w:rsidR="00C95BDA" w:rsidRDefault="00000000">
            <w:r>
              <w:rPr>
                <w:b/>
              </w:rPr>
              <w:t xml:space="preserve">Bölüm/Program: </w:t>
            </w:r>
          </w:p>
        </w:tc>
        <w:tc>
          <w:tcPr>
            <w:tcW w:w="4602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733B463" w14:textId="77777777" w:rsidR="00C95BDA" w:rsidRDefault="00000000">
            <w:r>
              <w:rPr>
                <w:b/>
              </w:rPr>
              <w:t xml:space="preserve">Sınıf/Şube: </w:t>
            </w:r>
          </w:p>
        </w:tc>
      </w:tr>
      <w:tr w:rsidR="00C95BDA" w14:paraId="063ED857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6"/>
          <w:jc w:val="center"/>
        </w:trPr>
        <w:tc>
          <w:tcPr>
            <w:tcW w:w="5864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F577B84" w14:textId="77777777" w:rsidR="00C95BDA" w:rsidRDefault="00000000">
            <w:r>
              <w:rPr>
                <w:b/>
              </w:rPr>
              <w:t xml:space="preserve">Eğitim-Öğretim Yılı / Dönemi: </w:t>
            </w:r>
          </w:p>
        </w:tc>
        <w:tc>
          <w:tcPr>
            <w:tcW w:w="4602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A2A5D02" w14:textId="77777777" w:rsidR="00C95BDA" w:rsidRDefault="00000000">
            <w:r>
              <w:rPr>
                <w:b/>
              </w:rPr>
              <w:t xml:space="preserve">Öğretim Türü: </w:t>
            </w:r>
            <w:r>
              <w:t>□ NÖ    □ İÖ</w:t>
            </w:r>
          </w:p>
        </w:tc>
      </w:tr>
      <w:tr w:rsidR="00C95BDA" w14:paraId="57F46EB0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6"/>
          <w:jc w:val="center"/>
        </w:trPr>
        <w:tc>
          <w:tcPr>
            <w:tcW w:w="2310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3FE4771" w14:textId="77777777" w:rsidR="00C95BDA" w:rsidRDefault="00000000">
            <w:r>
              <w:rPr>
                <w:b/>
              </w:rPr>
              <w:t xml:space="preserve">Toplantı Tarihi: </w:t>
            </w:r>
          </w:p>
        </w:tc>
        <w:tc>
          <w:tcPr>
            <w:tcW w:w="355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D07789E" w14:textId="77777777" w:rsidR="00C95BDA" w:rsidRDefault="00000000">
            <w:r>
              <w:rPr>
                <w:b/>
              </w:rPr>
              <w:t xml:space="preserve">Saat: </w:t>
            </w:r>
          </w:p>
        </w:tc>
        <w:tc>
          <w:tcPr>
            <w:tcW w:w="4602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2AB1293" w14:textId="77777777" w:rsidR="00C95BDA" w:rsidRDefault="00000000">
            <w:r>
              <w:rPr>
                <w:b/>
              </w:rPr>
              <w:t xml:space="preserve">Toplantı Yeri: </w:t>
            </w:r>
          </w:p>
        </w:tc>
      </w:tr>
      <w:tr w:rsidR="00C95BDA" w14:paraId="658C2D23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46"/>
          <w:jc w:val="center"/>
        </w:trPr>
        <w:tc>
          <w:tcPr>
            <w:tcW w:w="5864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747353F" w14:textId="77777777" w:rsidR="00C95BDA" w:rsidRDefault="00000000">
            <w:r>
              <w:rPr>
                <w:b/>
              </w:rPr>
              <w:t xml:space="preserve">Toplantı Şekli: </w:t>
            </w:r>
            <w:r>
              <w:t>□ Yüz yüze    □ Çevrim içi</w:t>
            </w:r>
          </w:p>
        </w:tc>
        <w:tc>
          <w:tcPr>
            <w:tcW w:w="4602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61D28D86" w14:textId="77777777" w:rsidR="00C95BDA" w:rsidRDefault="00000000">
            <w:r>
              <w:rPr>
                <w:b/>
              </w:rPr>
              <w:t xml:space="preserve">Katılan Öğrenci Sayısı: </w:t>
            </w:r>
          </w:p>
        </w:tc>
      </w:tr>
      <w:tr w:rsidR="00C95BDA" w14:paraId="6DE8CB19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312"/>
          <w:jc w:val="center"/>
        </w:trPr>
        <w:tc>
          <w:tcPr>
            <w:tcW w:w="10466" w:type="dxa"/>
            <w:gridSpan w:val="5"/>
            <w:shd w:val="clear" w:color="auto" w:fill="E7E6E6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4DAC814A" w14:textId="77777777" w:rsidR="00C95BDA" w:rsidRDefault="00000000">
            <w:r>
              <w:rPr>
                <w:b/>
              </w:rPr>
              <w:t>GÖRÜŞÜLEN KONULAR (uygun olanları işaretleyiniz)</w:t>
            </w:r>
          </w:p>
        </w:tc>
      </w:tr>
      <w:tr w:rsidR="00C95BDA" w14:paraId="2480B0FD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8"/>
          <w:jc w:val="center"/>
        </w:trPr>
        <w:tc>
          <w:tcPr>
            <w:tcW w:w="5864" w:type="dxa"/>
            <w:gridSpan w:val="3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6C46868" w14:textId="77777777" w:rsidR="00C95BDA" w:rsidRDefault="00000000">
            <w:r>
              <w:rPr>
                <w:sz w:val="17"/>
              </w:rPr>
              <w:t>□ Akademik ve idari teşkilat yapısı ile Fakülte/Bölüm birimlerinin tanıtımı</w:t>
            </w:r>
          </w:p>
        </w:tc>
        <w:tc>
          <w:tcPr>
            <w:tcW w:w="4602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7E62E08" w14:textId="77777777" w:rsidR="00C95BDA" w:rsidRDefault="00000000">
            <w:r>
              <w:rPr>
                <w:sz w:val="17"/>
              </w:rPr>
              <w:t>□ Akademik takvim, haftalık ders programı ve önemli tarihler</w:t>
            </w:r>
          </w:p>
        </w:tc>
      </w:tr>
      <w:tr w:rsidR="00C95BDA" w14:paraId="0E9D0147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8"/>
          <w:jc w:val="center"/>
        </w:trPr>
        <w:tc>
          <w:tcPr>
            <w:tcW w:w="5864" w:type="dxa"/>
            <w:gridSpan w:val="3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812A9B5" w14:textId="77777777" w:rsidR="00C95BDA" w:rsidRDefault="00000000">
            <w:r>
              <w:rPr>
                <w:sz w:val="17"/>
              </w:rPr>
              <w:t>□ Ders kayıt, ders seçme, ekle-sil ve mazeret işlemleri</w:t>
            </w:r>
          </w:p>
        </w:tc>
        <w:tc>
          <w:tcPr>
            <w:tcW w:w="4602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7F056FBF" w14:textId="77777777" w:rsidR="00C95BDA" w:rsidRDefault="00000000">
            <w:r>
              <w:rPr>
                <w:sz w:val="17"/>
              </w:rPr>
              <w:t>□ Öğretim programı, zorunlu/seçmeli dersler ve mezuniyet koşulları</w:t>
            </w:r>
          </w:p>
        </w:tc>
      </w:tr>
      <w:tr w:rsidR="00C95BDA" w14:paraId="37ECC22F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8"/>
          <w:jc w:val="center"/>
        </w:trPr>
        <w:tc>
          <w:tcPr>
            <w:tcW w:w="5864" w:type="dxa"/>
            <w:gridSpan w:val="3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3846C341" w14:textId="77777777" w:rsidR="00C95BDA" w:rsidRDefault="00000000">
            <w:r>
              <w:rPr>
                <w:sz w:val="17"/>
              </w:rPr>
              <w:t>□ İlgili mevzuat, öğrenci hak ve sorumlulukları ile disiplin hükümleri</w:t>
            </w:r>
          </w:p>
        </w:tc>
        <w:tc>
          <w:tcPr>
            <w:tcW w:w="4602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DBD72E0" w14:textId="77777777" w:rsidR="00C95BDA" w:rsidRDefault="00000000">
            <w:r>
              <w:rPr>
                <w:sz w:val="17"/>
              </w:rPr>
              <w:t>□ Devam, sınav, ölçme-değerlendirme ve başarı süreçleri</w:t>
            </w:r>
          </w:p>
        </w:tc>
      </w:tr>
      <w:tr w:rsidR="00C95BDA" w14:paraId="7EFDCA2B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8"/>
          <w:jc w:val="center"/>
        </w:trPr>
        <w:tc>
          <w:tcPr>
            <w:tcW w:w="5864" w:type="dxa"/>
            <w:gridSpan w:val="3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0E25181" w14:textId="77777777" w:rsidR="00C95BDA" w:rsidRDefault="00000000">
            <w:r>
              <w:rPr>
                <w:sz w:val="17"/>
              </w:rPr>
              <w:t>□ Tekrar alınacak dersler, intibak, muafiyet ve ders eşdeğerliği</w:t>
            </w:r>
          </w:p>
        </w:tc>
        <w:tc>
          <w:tcPr>
            <w:tcW w:w="4602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55D7FD4" w14:textId="77777777" w:rsidR="00C95BDA" w:rsidRDefault="00000000">
            <w:r>
              <w:rPr>
                <w:sz w:val="17"/>
              </w:rPr>
              <w:t>□ Yatay geçiş, çift anadal ve yandal olanakları</w:t>
            </w:r>
          </w:p>
        </w:tc>
      </w:tr>
      <w:tr w:rsidR="00C95BDA" w14:paraId="0A2FC342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8"/>
          <w:jc w:val="center"/>
        </w:trPr>
        <w:tc>
          <w:tcPr>
            <w:tcW w:w="5864" w:type="dxa"/>
            <w:gridSpan w:val="3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941D1E0" w14:textId="77777777" w:rsidR="00C95BDA" w:rsidRDefault="00000000">
            <w:r>
              <w:rPr>
                <w:sz w:val="17"/>
              </w:rPr>
              <w:t>□ Ulusal/uluslararası değişim programları (Erasmus vb.)</w:t>
            </w:r>
          </w:p>
        </w:tc>
        <w:tc>
          <w:tcPr>
            <w:tcW w:w="4602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D1D5AC4" w14:textId="77777777" w:rsidR="00C95BDA" w:rsidRDefault="00000000">
            <w:r>
              <w:rPr>
                <w:sz w:val="17"/>
              </w:rPr>
              <w:t>□ Staj/uygulama süreçleri ve kariyer olanakları</w:t>
            </w:r>
          </w:p>
        </w:tc>
      </w:tr>
      <w:tr w:rsidR="00C95BDA" w14:paraId="5F840F25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8"/>
          <w:jc w:val="center"/>
        </w:trPr>
        <w:tc>
          <w:tcPr>
            <w:tcW w:w="5864" w:type="dxa"/>
            <w:gridSpan w:val="3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5627B57" w14:textId="77777777" w:rsidR="00C95BDA" w:rsidRDefault="00000000">
            <w:r>
              <w:rPr>
                <w:sz w:val="17"/>
              </w:rPr>
              <w:t>□ Burs, kredi ve diğer sosyal destek olanakları</w:t>
            </w:r>
          </w:p>
        </w:tc>
        <w:tc>
          <w:tcPr>
            <w:tcW w:w="4602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0E229392" w14:textId="77777777" w:rsidR="00C95BDA" w:rsidRDefault="00000000">
            <w:r>
              <w:rPr>
                <w:sz w:val="17"/>
              </w:rPr>
              <w:t>□ Öğrenci toplulukları ile sosyal, kültürel ve sportif olanaklar</w:t>
            </w:r>
          </w:p>
        </w:tc>
      </w:tr>
      <w:tr w:rsidR="00C95BDA" w14:paraId="2E265A4E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408"/>
          <w:jc w:val="center"/>
        </w:trPr>
        <w:tc>
          <w:tcPr>
            <w:tcW w:w="5864" w:type="dxa"/>
            <w:gridSpan w:val="3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6845E6BD" w14:textId="77777777" w:rsidR="00C95BDA" w:rsidRDefault="00000000">
            <w:r>
              <w:rPr>
                <w:sz w:val="17"/>
              </w:rPr>
              <w:t>□ OBİS, kurumsal iletişim kanalları ve danışmanlık gün/saatleri</w:t>
            </w:r>
          </w:p>
        </w:tc>
        <w:tc>
          <w:tcPr>
            <w:tcW w:w="4602" w:type="dxa"/>
            <w:gridSpan w:val="2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5CB1DADE" w14:textId="77777777" w:rsidR="00C95BDA" w:rsidRDefault="00000000">
            <w:r>
              <w:rPr>
                <w:sz w:val="17"/>
              </w:rPr>
              <w:t>□ PDRM, Mediko ve diğer öğrenci destek birimleri</w:t>
            </w:r>
          </w:p>
        </w:tc>
      </w:tr>
      <w:tr w:rsidR="00C95BDA" w14:paraId="47A137B2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312"/>
          <w:jc w:val="center"/>
        </w:trPr>
        <w:tc>
          <w:tcPr>
            <w:tcW w:w="10466" w:type="dxa"/>
            <w:gridSpan w:val="5"/>
            <w:tcMar>
              <w:top w:w="35" w:type="dxa"/>
              <w:left w:w="70" w:type="dxa"/>
              <w:bottom w:w="35" w:type="dxa"/>
              <w:right w:w="70" w:type="dxa"/>
            </w:tcMar>
            <w:vAlign w:val="center"/>
          </w:tcPr>
          <w:p w14:paraId="10632C25" w14:textId="77777777" w:rsidR="00C95BDA" w:rsidRDefault="00000000">
            <w:r>
              <w:rPr>
                <w:sz w:val="17"/>
              </w:rPr>
              <w:t>□ Diğer: ......................................................................................................................................................................................</w:t>
            </w:r>
          </w:p>
        </w:tc>
      </w:tr>
      <w:tr w:rsidR="00C95BDA" w14:paraId="226C8517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312"/>
          <w:jc w:val="center"/>
        </w:trPr>
        <w:tc>
          <w:tcPr>
            <w:tcW w:w="10466" w:type="dxa"/>
            <w:gridSpan w:val="5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0EE2809B" w14:textId="77777777" w:rsidR="00C95BDA" w:rsidRDefault="00000000">
            <w:r>
              <w:rPr>
                <w:b/>
              </w:rPr>
              <w:t>ÖĞRENCİLERİN GERİ BİLDİRİMLERİ / GÜNDEME GETİRİLEN DİĞER KONULAR</w:t>
            </w:r>
          </w:p>
        </w:tc>
      </w:tr>
      <w:tr w:rsidR="00C95BDA" w14:paraId="3785C8B0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1843"/>
          <w:jc w:val="center"/>
        </w:trPr>
        <w:tc>
          <w:tcPr>
            <w:tcW w:w="10466" w:type="dxa"/>
            <w:gridSpan w:val="5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383A8179" w14:textId="77777777" w:rsidR="00C95BDA" w:rsidRDefault="00C95BDA"/>
        </w:tc>
      </w:tr>
      <w:tr w:rsidR="00C95BDA" w14:paraId="5E0B728D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312"/>
          <w:jc w:val="center"/>
        </w:trPr>
        <w:tc>
          <w:tcPr>
            <w:tcW w:w="10466" w:type="dxa"/>
            <w:gridSpan w:val="5"/>
            <w:shd w:val="clear" w:color="auto" w:fill="E7E6E6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2270D797" w14:textId="77777777" w:rsidR="00C95BDA" w:rsidRDefault="00000000">
            <w:r>
              <w:rPr>
                <w:b/>
              </w:rPr>
              <w:t>YAPILAN BİLGİLENDİRMELER / ALINAN KARARLAR / YÖNLENDİRMELER</w:t>
            </w:r>
          </w:p>
        </w:tc>
      </w:tr>
      <w:tr w:rsidR="00C95BDA" w14:paraId="5D3F80E9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1956"/>
          <w:jc w:val="center"/>
        </w:trPr>
        <w:tc>
          <w:tcPr>
            <w:tcW w:w="10466" w:type="dxa"/>
            <w:gridSpan w:val="5"/>
            <w:tcMar>
              <w:top w:w="45" w:type="dxa"/>
              <w:left w:w="80" w:type="dxa"/>
              <w:bottom w:w="45" w:type="dxa"/>
              <w:right w:w="80" w:type="dxa"/>
            </w:tcMar>
          </w:tcPr>
          <w:p w14:paraId="78367BFD" w14:textId="77777777" w:rsidR="00C95BDA" w:rsidRDefault="00C95BDA"/>
        </w:tc>
      </w:tr>
      <w:tr w:rsidR="00C95BDA" w14:paraId="3DA7AFAC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312"/>
          <w:jc w:val="center"/>
        </w:trPr>
        <w:tc>
          <w:tcPr>
            <w:tcW w:w="5864" w:type="dxa"/>
            <w:gridSpan w:val="3"/>
            <w:shd w:val="clear" w:color="auto" w:fill="E7E6E6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4148FA" w14:textId="77777777" w:rsidR="00C95BDA" w:rsidRDefault="00000000">
            <w:r>
              <w:rPr>
                <w:b/>
              </w:rPr>
              <w:t>TOPLANTIYA AİT EKLER</w:t>
            </w:r>
          </w:p>
        </w:tc>
        <w:tc>
          <w:tcPr>
            <w:tcW w:w="46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9992F6" w14:textId="77777777" w:rsidR="00C95BDA" w:rsidRDefault="00000000">
            <w:pPr>
              <w:jc w:val="center"/>
            </w:pPr>
            <w:r>
              <w:rPr>
                <w:b/>
                <w:sz w:val="18"/>
              </w:rPr>
              <w:t>Akademik Danışman</w:t>
            </w:r>
          </w:p>
        </w:tc>
      </w:tr>
      <w:tr w:rsidR="00C95BDA" w14:paraId="50531A30" w14:textId="77777777" w:rsidTr="00594CD9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765"/>
          <w:jc w:val="center"/>
        </w:trPr>
        <w:tc>
          <w:tcPr>
            <w:tcW w:w="5864" w:type="dxa"/>
            <w:gridSpan w:val="3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0B3E30" w14:textId="77777777" w:rsidR="00C95BDA" w:rsidRDefault="00000000">
            <w:r>
              <w:rPr>
                <w:sz w:val="18"/>
              </w:rPr>
              <w:t>□ Katılım Listesi     □ Fotoğraf</w:t>
            </w:r>
            <w:r>
              <w:rPr>
                <w:sz w:val="18"/>
              </w:rPr>
              <w:br/>
              <w:t>□ Diğer: ........................................................</w:t>
            </w:r>
          </w:p>
        </w:tc>
        <w:tc>
          <w:tcPr>
            <w:tcW w:w="4602" w:type="dxa"/>
            <w:gridSpan w:val="2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B5D9612" w14:textId="77777777" w:rsidR="00C95BDA" w:rsidRDefault="00000000">
            <w:pPr>
              <w:jc w:val="center"/>
            </w:pPr>
            <w:r>
              <w:rPr>
                <w:b/>
                <w:sz w:val="18"/>
              </w:rPr>
              <w:t>İmza</w:t>
            </w:r>
          </w:p>
        </w:tc>
      </w:tr>
    </w:tbl>
    <w:p w14:paraId="1F2081C6" w14:textId="77777777" w:rsidR="00C95BDA" w:rsidRDefault="00000000">
      <w:r>
        <w:br w:type="page"/>
      </w:r>
    </w:p>
    <w:tbl>
      <w:tblPr>
        <w:tblW w:w="10466" w:type="dxa"/>
        <w:jc w:val="center"/>
        <w:tblLayout w:type="fixed"/>
        <w:tblLook w:val="04A0" w:firstRow="1" w:lastRow="0" w:firstColumn="1" w:lastColumn="0" w:noHBand="0" w:noVBand="1"/>
      </w:tblPr>
      <w:tblGrid>
        <w:gridCol w:w="1242"/>
        <w:gridCol w:w="1295"/>
        <w:gridCol w:w="2564"/>
        <w:gridCol w:w="3854"/>
        <w:gridCol w:w="1511"/>
      </w:tblGrid>
      <w:tr w:rsidR="00C95BDA" w14:paraId="1E54A0CE" w14:textId="77777777" w:rsidTr="00B46DC4">
        <w:trPr>
          <w:trHeight w:hRule="exact" w:val="1219"/>
          <w:jc w:val="center"/>
        </w:trPr>
        <w:tc>
          <w:tcPr>
            <w:tcW w:w="12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1F56B5" w14:textId="77777777" w:rsidR="00C95BDA" w:rsidRDefault="00000000">
            <w:pPr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4AAE246B" wp14:editId="15B7F750">
                  <wp:extent cx="630000" cy="63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por Bilimleri Fakültesi(20260930-134032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000" cy="63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13" w:type="dxa"/>
            <w:gridSpan w:val="3"/>
            <w:tcBorders>
              <w:top w:val="single" w:sz="8" w:space="0" w:color="000000"/>
              <w:bottom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4E260F" w14:textId="77777777" w:rsidR="00C95BDA" w:rsidRDefault="00000000">
            <w:pPr>
              <w:jc w:val="center"/>
            </w:pPr>
            <w:r>
              <w:rPr>
                <w:b/>
                <w:sz w:val="24"/>
              </w:rPr>
              <w:t>AYDIN ADNAN MENDERES ÜNİVERSİTESİ</w:t>
            </w:r>
            <w:r>
              <w:rPr>
                <w:b/>
                <w:sz w:val="24"/>
              </w:rPr>
              <w:br/>
              <w:t>SPOR BİLİMLERİ FAKÜLTESİ</w:t>
            </w:r>
          </w:p>
        </w:tc>
        <w:tc>
          <w:tcPr>
            <w:tcW w:w="15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6F227" w14:textId="77777777" w:rsidR="00C95BDA" w:rsidRDefault="00C95BDA"/>
        </w:tc>
      </w:tr>
      <w:tr w:rsidR="00C95BDA" w14:paraId="1E88FD73" w14:textId="77777777" w:rsidTr="00B46DC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hRule="exact" w:val="351"/>
          <w:jc w:val="center"/>
        </w:trPr>
        <w:tc>
          <w:tcPr>
            <w:tcW w:w="10466" w:type="dxa"/>
            <w:gridSpan w:val="5"/>
            <w:shd w:val="clear" w:color="auto" w:fill="E7E6E6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FA9C21F" w14:textId="77777777" w:rsidR="00C95BDA" w:rsidRDefault="00000000">
            <w:pPr>
              <w:jc w:val="center"/>
            </w:pPr>
            <w:r>
              <w:rPr>
                <w:b/>
                <w:sz w:val="22"/>
              </w:rPr>
              <w:t>AKADEMİK DANIŞMANLIK TOPLANTISI KATILIM LİSTESİ</w:t>
            </w:r>
          </w:p>
        </w:tc>
      </w:tr>
      <w:tr w:rsidR="00C95BDA" w14:paraId="47A251F2" w14:textId="77777777" w:rsidTr="00B46DC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51"/>
          <w:jc w:val="center"/>
        </w:trPr>
        <w:tc>
          <w:tcPr>
            <w:tcW w:w="10466" w:type="dxa"/>
            <w:gridSpan w:val="5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086FE49F" w14:textId="77777777" w:rsidR="00C95BDA" w:rsidRDefault="00000000">
            <w:r>
              <w:rPr>
                <w:b/>
              </w:rPr>
              <w:t xml:space="preserve">Akademik Danışman Ünvanı/Adı Soyadı: </w:t>
            </w:r>
          </w:p>
        </w:tc>
      </w:tr>
      <w:tr w:rsidR="00C95BDA" w14:paraId="09F0D2A7" w14:textId="77777777" w:rsidTr="00B46DC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51"/>
          <w:jc w:val="center"/>
        </w:trPr>
        <w:tc>
          <w:tcPr>
            <w:tcW w:w="5101" w:type="dxa"/>
            <w:gridSpan w:val="3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392E94DF" w14:textId="77777777" w:rsidR="00C95BDA" w:rsidRDefault="00000000">
            <w:r>
              <w:rPr>
                <w:b/>
              </w:rPr>
              <w:t xml:space="preserve">Bölüm/Program: </w:t>
            </w:r>
          </w:p>
        </w:tc>
        <w:tc>
          <w:tcPr>
            <w:tcW w:w="5365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4B11EE53" w14:textId="77777777" w:rsidR="00C95BDA" w:rsidRDefault="00000000">
            <w:r>
              <w:rPr>
                <w:b/>
              </w:rPr>
              <w:t xml:space="preserve">Sınıf/Şube: </w:t>
            </w:r>
          </w:p>
        </w:tc>
      </w:tr>
      <w:tr w:rsidR="00C95BDA" w14:paraId="5C5779AF" w14:textId="77777777" w:rsidTr="00B46DC4">
        <w:tblPrEx>
          <w:tblBorders>
            <w:top w:val="single" w:sz="8" w:space="0" w:color="000000"/>
            <w:left w:val="single" w:sz="8" w:space="0" w:color="000000"/>
            <w:bottom w:val="single" w:sz="8" w:space="0" w:color="000000"/>
            <w:right w:val="single" w:sz="8" w:space="0" w:color="000000"/>
            <w:insideH w:val="single" w:sz="8" w:space="0" w:color="000000"/>
            <w:insideV w:val="single" w:sz="8" w:space="0" w:color="000000"/>
          </w:tblBorders>
        </w:tblPrEx>
        <w:trPr>
          <w:trHeight w:val="351"/>
          <w:jc w:val="center"/>
        </w:trPr>
        <w:tc>
          <w:tcPr>
            <w:tcW w:w="2537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6CE04BD" w14:textId="77777777" w:rsidR="00C95BDA" w:rsidRDefault="00000000">
            <w:r>
              <w:rPr>
                <w:b/>
              </w:rPr>
              <w:t xml:space="preserve">Toplantı Tarihi: </w:t>
            </w:r>
          </w:p>
        </w:tc>
        <w:tc>
          <w:tcPr>
            <w:tcW w:w="2564" w:type="dxa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5898D014" w14:textId="77777777" w:rsidR="00C95BDA" w:rsidRDefault="00000000">
            <w:r>
              <w:rPr>
                <w:b/>
              </w:rPr>
              <w:t xml:space="preserve">Saat: </w:t>
            </w:r>
          </w:p>
        </w:tc>
        <w:tc>
          <w:tcPr>
            <w:tcW w:w="5365" w:type="dxa"/>
            <w:gridSpan w:val="2"/>
            <w:tcMar>
              <w:top w:w="45" w:type="dxa"/>
              <w:left w:w="70" w:type="dxa"/>
              <w:bottom w:w="45" w:type="dxa"/>
              <w:right w:w="70" w:type="dxa"/>
            </w:tcMar>
            <w:vAlign w:val="center"/>
          </w:tcPr>
          <w:p w14:paraId="79736E32" w14:textId="77777777" w:rsidR="00C95BDA" w:rsidRDefault="00000000">
            <w:r>
              <w:rPr>
                <w:b/>
              </w:rPr>
              <w:t xml:space="preserve">Yer: </w:t>
            </w:r>
          </w:p>
        </w:tc>
      </w:tr>
    </w:tbl>
    <w:p w14:paraId="22E422CA" w14:textId="032565FD" w:rsidR="00C95BDA" w:rsidRDefault="00B46DC4">
      <w:pPr>
        <w:spacing w:before="40" w:after="40"/>
      </w:pPr>
      <w:r>
        <w:rPr>
          <w:sz w:val="18"/>
        </w:rPr>
        <w:t xml:space="preserve">   </w:t>
      </w:r>
      <w:r w:rsidR="00000000">
        <w:rPr>
          <w:sz w:val="18"/>
        </w:rPr>
        <w:t>Aşağıda adı ve imzası bulunan öğrenciler belirtilen akademik danışmanlık toplantısına katılmıştır.</w:t>
      </w:r>
    </w:p>
    <w:tbl>
      <w:tblPr>
        <w:tblW w:w="1046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86"/>
        <w:gridCol w:w="1663"/>
        <w:gridCol w:w="3628"/>
        <w:gridCol w:w="1870"/>
        <w:gridCol w:w="2519"/>
      </w:tblGrid>
      <w:tr w:rsidR="00C95BDA" w14:paraId="6E8830F7" w14:textId="77777777" w:rsidTr="00B46DC4">
        <w:trPr>
          <w:trHeight w:hRule="exact" w:val="380"/>
          <w:tblHeader/>
          <w:jc w:val="center"/>
        </w:trPr>
        <w:tc>
          <w:tcPr>
            <w:tcW w:w="786" w:type="dxa"/>
            <w:shd w:val="clear" w:color="auto" w:fill="E7E6E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5176EA9" w14:textId="77777777" w:rsidR="00C95BDA" w:rsidRDefault="00000000">
            <w:pPr>
              <w:jc w:val="center"/>
            </w:pPr>
            <w:r>
              <w:rPr>
                <w:b/>
                <w:sz w:val="18"/>
              </w:rPr>
              <w:t>Sıra No</w:t>
            </w:r>
          </w:p>
        </w:tc>
        <w:tc>
          <w:tcPr>
            <w:tcW w:w="1663" w:type="dxa"/>
            <w:shd w:val="clear" w:color="auto" w:fill="E7E6E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0EFD039E" w14:textId="77777777" w:rsidR="00C95BDA" w:rsidRDefault="00000000">
            <w:pPr>
              <w:jc w:val="center"/>
            </w:pPr>
            <w:r>
              <w:rPr>
                <w:b/>
                <w:sz w:val="18"/>
              </w:rPr>
              <w:t>Öğrenci No</w:t>
            </w:r>
          </w:p>
        </w:tc>
        <w:tc>
          <w:tcPr>
            <w:tcW w:w="3628" w:type="dxa"/>
            <w:shd w:val="clear" w:color="auto" w:fill="E7E6E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1B807D0C" w14:textId="77777777" w:rsidR="00C95BDA" w:rsidRDefault="00000000">
            <w:pPr>
              <w:jc w:val="center"/>
            </w:pPr>
            <w:r>
              <w:rPr>
                <w:b/>
                <w:sz w:val="18"/>
              </w:rPr>
              <w:t>Adı Soyadı</w:t>
            </w:r>
          </w:p>
        </w:tc>
        <w:tc>
          <w:tcPr>
            <w:tcW w:w="1870" w:type="dxa"/>
            <w:shd w:val="clear" w:color="auto" w:fill="E7E6E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2B49F520" w14:textId="77777777" w:rsidR="00C95BDA" w:rsidRDefault="00000000">
            <w:pPr>
              <w:jc w:val="center"/>
            </w:pPr>
            <w:r>
              <w:rPr>
                <w:b/>
                <w:sz w:val="18"/>
              </w:rPr>
              <w:t>Sınıf/Şube</w:t>
            </w:r>
          </w:p>
        </w:tc>
        <w:tc>
          <w:tcPr>
            <w:tcW w:w="2519" w:type="dxa"/>
            <w:shd w:val="clear" w:color="auto" w:fill="E7E6E6"/>
            <w:tcMar>
              <w:top w:w="35" w:type="dxa"/>
              <w:left w:w="45" w:type="dxa"/>
              <w:bottom w:w="35" w:type="dxa"/>
              <w:right w:w="45" w:type="dxa"/>
            </w:tcMar>
            <w:vAlign w:val="center"/>
          </w:tcPr>
          <w:p w14:paraId="4F4D9634" w14:textId="77777777" w:rsidR="00C95BDA" w:rsidRDefault="00000000">
            <w:pPr>
              <w:jc w:val="center"/>
            </w:pPr>
            <w:r>
              <w:rPr>
                <w:b/>
                <w:sz w:val="18"/>
              </w:rPr>
              <w:t>İmza</w:t>
            </w:r>
          </w:p>
        </w:tc>
      </w:tr>
      <w:tr w:rsidR="00C95BDA" w14:paraId="7F304A0E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9CB5908" w14:textId="77777777" w:rsidR="00C95BDA" w:rsidRDefault="00000000">
            <w:pPr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2377ED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0BC87DB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B49E58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B2B823D" w14:textId="77777777" w:rsidR="00C95BDA" w:rsidRDefault="00C95BDA"/>
        </w:tc>
      </w:tr>
      <w:tr w:rsidR="00C95BDA" w14:paraId="457E8D0B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A95EA80" w14:textId="77777777" w:rsidR="00C95BDA" w:rsidRDefault="00000000">
            <w:pPr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523499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0B8B46A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EE1064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FF7838D" w14:textId="77777777" w:rsidR="00C95BDA" w:rsidRDefault="00C95BDA"/>
        </w:tc>
      </w:tr>
      <w:tr w:rsidR="00C95BDA" w14:paraId="37BE0176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2F5AA27" w14:textId="77777777" w:rsidR="00C95BDA" w:rsidRDefault="00000000">
            <w:pPr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8D54C3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F99853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55A009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E96B17" w14:textId="77777777" w:rsidR="00C95BDA" w:rsidRDefault="00C95BDA"/>
        </w:tc>
      </w:tr>
      <w:tr w:rsidR="00C95BDA" w14:paraId="1D51CA19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4AD6E0" w14:textId="77777777" w:rsidR="00C95BDA" w:rsidRDefault="00000000">
            <w:pPr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21FC08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3CEA2A3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94217FC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79F1768" w14:textId="77777777" w:rsidR="00C95BDA" w:rsidRDefault="00C95BDA"/>
        </w:tc>
      </w:tr>
      <w:tr w:rsidR="00C95BDA" w14:paraId="1A33FCE1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5C2E856" w14:textId="77777777" w:rsidR="00C95BDA" w:rsidRDefault="00000000">
            <w:pPr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158217C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09374A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9ACFEC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F27855D" w14:textId="77777777" w:rsidR="00C95BDA" w:rsidRDefault="00C95BDA"/>
        </w:tc>
      </w:tr>
      <w:tr w:rsidR="00C95BDA" w14:paraId="067DA48E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791123" w14:textId="77777777" w:rsidR="00C95BDA" w:rsidRDefault="00000000">
            <w:pPr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A935DE7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286603A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8266DD5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505946" w14:textId="77777777" w:rsidR="00C95BDA" w:rsidRDefault="00C95BDA"/>
        </w:tc>
      </w:tr>
      <w:tr w:rsidR="00C95BDA" w14:paraId="60909B26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1E9210" w14:textId="77777777" w:rsidR="00C95BDA" w:rsidRDefault="00000000">
            <w:pPr>
              <w:jc w:val="center"/>
            </w:pPr>
            <w:r>
              <w:rPr>
                <w:sz w:val="17"/>
              </w:rPr>
              <w:t>7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D62550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623C11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5A70F05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F83186" w14:textId="77777777" w:rsidR="00C95BDA" w:rsidRDefault="00C95BDA"/>
        </w:tc>
      </w:tr>
      <w:tr w:rsidR="00C95BDA" w14:paraId="67662582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9CE6DC" w14:textId="77777777" w:rsidR="00C95BDA" w:rsidRDefault="00000000">
            <w:pPr>
              <w:jc w:val="center"/>
            </w:pPr>
            <w:r>
              <w:rPr>
                <w:sz w:val="17"/>
              </w:rPr>
              <w:t>8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C514888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558759B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DA479E0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9E4538E" w14:textId="77777777" w:rsidR="00C95BDA" w:rsidRDefault="00C95BDA"/>
        </w:tc>
      </w:tr>
      <w:tr w:rsidR="00C95BDA" w14:paraId="2D10B6B2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B9CB89" w14:textId="77777777" w:rsidR="00C95BDA" w:rsidRDefault="00000000">
            <w:pPr>
              <w:jc w:val="center"/>
            </w:pPr>
            <w:r>
              <w:rPr>
                <w:sz w:val="17"/>
              </w:rPr>
              <w:t>9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C22267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0AECF3E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D5140E3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330341" w14:textId="77777777" w:rsidR="00C95BDA" w:rsidRDefault="00C95BDA"/>
        </w:tc>
      </w:tr>
      <w:tr w:rsidR="00C95BDA" w14:paraId="18AD32C5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53D9B95" w14:textId="77777777" w:rsidR="00C95BDA" w:rsidRDefault="00000000">
            <w:pPr>
              <w:jc w:val="center"/>
            </w:pPr>
            <w:r>
              <w:rPr>
                <w:sz w:val="17"/>
              </w:rPr>
              <w:t>10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786A9EC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31BA3E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2C2D1DC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6F9CFFE" w14:textId="77777777" w:rsidR="00C95BDA" w:rsidRDefault="00C95BDA"/>
        </w:tc>
      </w:tr>
      <w:tr w:rsidR="00C95BDA" w14:paraId="6AE05CB7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816DD5" w14:textId="77777777" w:rsidR="00C95BDA" w:rsidRDefault="00000000">
            <w:pPr>
              <w:jc w:val="center"/>
            </w:pPr>
            <w:r>
              <w:rPr>
                <w:sz w:val="17"/>
              </w:rPr>
              <w:t>11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5F5C0B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45AFFC5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212E003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28BCD0" w14:textId="77777777" w:rsidR="00C95BDA" w:rsidRDefault="00C95BDA"/>
        </w:tc>
      </w:tr>
      <w:tr w:rsidR="00C95BDA" w14:paraId="5C3FD9FF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51BA90" w14:textId="77777777" w:rsidR="00C95BDA" w:rsidRDefault="00000000">
            <w:pPr>
              <w:jc w:val="center"/>
            </w:pPr>
            <w:r>
              <w:rPr>
                <w:sz w:val="17"/>
              </w:rPr>
              <w:t>12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66EF750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A12791B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1BCA767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D6EBC70" w14:textId="77777777" w:rsidR="00C95BDA" w:rsidRDefault="00C95BDA"/>
        </w:tc>
      </w:tr>
      <w:tr w:rsidR="00C95BDA" w14:paraId="366E9563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89AFD28" w14:textId="77777777" w:rsidR="00C95BDA" w:rsidRDefault="00000000">
            <w:pPr>
              <w:jc w:val="center"/>
            </w:pPr>
            <w:r>
              <w:rPr>
                <w:sz w:val="17"/>
              </w:rPr>
              <w:t>13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CEEA221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CE811D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23C070F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3E795E8" w14:textId="77777777" w:rsidR="00C95BDA" w:rsidRDefault="00C95BDA"/>
        </w:tc>
      </w:tr>
      <w:tr w:rsidR="00C95BDA" w14:paraId="2AE1CC3E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65C1F8" w14:textId="77777777" w:rsidR="00C95BDA" w:rsidRDefault="00000000">
            <w:pPr>
              <w:jc w:val="center"/>
            </w:pPr>
            <w:r>
              <w:rPr>
                <w:sz w:val="17"/>
              </w:rPr>
              <w:t>14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9CF1A1E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29AE44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0F377B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5D015D1" w14:textId="77777777" w:rsidR="00C95BDA" w:rsidRDefault="00C95BDA"/>
        </w:tc>
      </w:tr>
      <w:tr w:rsidR="00C95BDA" w14:paraId="0682064F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3652DC8" w14:textId="77777777" w:rsidR="00C95BDA" w:rsidRDefault="00000000">
            <w:pPr>
              <w:jc w:val="center"/>
            </w:pPr>
            <w:r>
              <w:rPr>
                <w:sz w:val="17"/>
              </w:rPr>
              <w:t>15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B9A2188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052A02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8297322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932A21D" w14:textId="77777777" w:rsidR="00C95BDA" w:rsidRDefault="00C95BDA"/>
        </w:tc>
      </w:tr>
      <w:tr w:rsidR="00C95BDA" w14:paraId="74E3711B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38BB06" w14:textId="77777777" w:rsidR="00C95BDA" w:rsidRDefault="00000000">
            <w:pPr>
              <w:jc w:val="center"/>
            </w:pPr>
            <w:r>
              <w:rPr>
                <w:sz w:val="17"/>
              </w:rPr>
              <w:t>16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C6BA31B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85D190D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696E42F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5BCBE75" w14:textId="77777777" w:rsidR="00C95BDA" w:rsidRDefault="00C95BDA"/>
        </w:tc>
      </w:tr>
      <w:tr w:rsidR="00C95BDA" w14:paraId="54313636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771A82" w14:textId="77777777" w:rsidR="00C95BDA" w:rsidRDefault="00000000">
            <w:pPr>
              <w:jc w:val="center"/>
            </w:pPr>
            <w:r>
              <w:rPr>
                <w:sz w:val="17"/>
              </w:rPr>
              <w:t>17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840D73F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A8E8CE9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9C0BEC0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262D278" w14:textId="77777777" w:rsidR="00C95BDA" w:rsidRDefault="00C95BDA"/>
        </w:tc>
      </w:tr>
      <w:tr w:rsidR="00C95BDA" w14:paraId="0E775C5B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EF98FC1" w14:textId="77777777" w:rsidR="00C95BDA" w:rsidRDefault="00000000">
            <w:pPr>
              <w:jc w:val="center"/>
            </w:pPr>
            <w:r>
              <w:rPr>
                <w:sz w:val="17"/>
              </w:rPr>
              <w:t>18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0CCCA9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1143873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FC67171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AFAB179" w14:textId="77777777" w:rsidR="00C95BDA" w:rsidRDefault="00C95BDA"/>
        </w:tc>
      </w:tr>
      <w:tr w:rsidR="00C95BDA" w14:paraId="4D09365F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141ECA08" w14:textId="77777777" w:rsidR="00C95BDA" w:rsidRDefault="00000000">
            <w:pPr>
              <w:jc w:val="center"/>
            </w:pPr>
            <w:r>
              <w:rPr>
                <w:sz w:val="17"/>
              </w:rPr>
              <w:t>19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C394681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C52CC82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F7C64A0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22D4050" w14:textId="77777777" w:rsidR="00C95BDA" w:rsidRDefault="00C95BDA"/>
        </w:tc>
      </w:tr>
      <w:tr w:rsidR="00C95BDA" w14:paraId="4B64D8BB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577B758" w14:textId="77777777" w:rsidR="00C95BDA" w:rsidRDefault="00000000">
            <w:pPr>
              <w:jc w:val="center"/>
            </w:pPr>
            <w:r>
              <w:rPr>
                <w:sz w:val="17"/>
              </w:rPr>
              <w:t>20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CC1AD33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D1E2550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88A5937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E8D3CDE" w14:textId="77777777" w:rsidR="00C95BDA" w:rsidRDefault="00C95BDA"/>
        </w:tc>
      </w:tr>
      <w:tr w:rsidR="00C95BDA" w14:paraId="03EE99ED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6DB4DBB" w14:textId="77777777" w:rsidR="00C95BDA" w:rsidRDefault="00000000">
            <w:pPr>
              <w:jc w:val="center"/>
            </w:pPr>
            <w:r>
              <w:rPr>
                <w:sz w:val="17"/>
              </w:rPr>
              <w:t>21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641E9EE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9B837FD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B48A74B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D46E5E6" w14:textId="77777777" w:rsidR="00C95BDA" w:rsidRDefault="00C95BDA"/>
        </w:tc>
      </w:tr>
      <w:tr w:rsidR="00C95BDA" w14:paraId="0D48E047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7393C5C1" w14:textId="77777777" w:rsidR="00C95BDA" w:rsidRDefault="00000000">
            <w:pPr>
              <w:jc w:val="center"/>
            </w:pPr>
            <w:r>
              <w:rPr>
                <w:sz w:val="17"/>
              </w:rPr>
              <w:t>22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71660D9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08E0F52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64EE6FE3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2A475306" w14:textId="77777777" w:rsidR="00C95BDA" w:rsidRDefault="00C95BDA"/>
        </w:tc>
      </w:tr>
      <w:tr w:rsidR="00C95BDA" w14:paraId="6FF319D5" w14:textId="77777777" w:rsidTr="00B46DC4">
        <w:trPr>
          <w:trHeight w:hRule="exact" w:val="391"/>
          <w:jc w:val="center"/>
        </w:trPr>
        <w:tc>
          <w:tcPr>
            <w:tcW w:w="786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3FD0C821" w14:textId="77777777" w:rsidR="00C95BDA" w:rsidRDefault="00000000">
            <w:pPr>
              <w:jc w:val="center"/>
            </w:pPr>
            <w:r>
              <w:rPr>
                <w:sz w:val="17"/>
              </w:rPr>
              <w:t>23</w:t>
            </w:r>
          </w:p>
        </w:tc>
        <w:tc>
          <w:tcPr>
            <w:tcW w:w="1663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479A66A4" w14:textId="77777777" w:rsidR="00C95BDA" w:rsidRDefault="00C95BDA"/>
        </w:tc>
        <w:tc>
          <w:tcPr>
            <w:tcW w:w="3628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607474" w14:textId="77777777" w:rsidR="00C95BDA" w:rsidRDefault="00C95BDA"/>
        </w:tc>
        <w:tc>
          <w:tcPr>
            <w:tcW w:w="1870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54603592" w14:textId="77777777" w:rsidR="00C95BDA" w:rsidRDefault="00C95BDA"/>
        </w:tc>
        <w:tc>
          <w:tcPr>
            <w:tcW w:w="2519" w:type="dxa"/>
            <w:tcMar>
              <w:top w:w="25" w:type="dxa"/>
              <w:left w:w="45" w:type="dxa"/>
              <w:bottom w:w="25" w:type="dxa"/>
              <w:right w:w="45" w:type="dxa"/>
            </w:tcMar>
            <w:vAlign w:val="center"/>
          </w:tcPr>
          <w:p w14:paraId="09F3FB0F" w14:textId="77777777" w:rsidR="00C95BDA" w:rsidRDefault="00C95BDA"/>
        </w:tc>
      </w:tr>
      <w:tr w:rsidR="00C95BDA" w14:paraId="27C6C74F" w14:textId="77777777" w:rsidTr="00B46DC4">
        <w:trPr>
          <w:trHeight w:hRule="exact" w:val="709"/>
          <w:jc w:val="center"/>
        </w:trPr>
        <w:tc>
          <w:tcPr>
            <w:tcW w:w="6077" w:type="dxa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9228FDD" w14:textId="77777777" w:rsidR="00C95BDA" w:rsidRDefault="00C95BDA"/>
        </w:tc>
        <w:tc>
          <w:tcPr>
            <w:tcW w:w="4389" w:type="dxa"/>
            <w:gridSpan w:val="2"/>
            <w:tcMar>
              <w:top w:w="40" w:type="dxa"/>
              <w:left w:w="70" w:type="dxa"/>
              <w:bottom w:w="40" w:type="dxa"/>
              <w:right w:w="70" w:type="dxa"/>
            </w:tcMar>
          </w:tcPr>
          <w:p w14:paraId="0DF5BFAB" w14:textId="77777777" w:rsidR="00C95BDA" w:rsidRDefault="00000000">
            <w:pPr>
              <w:jc w:val="center"/>
            </w:pPr>
            <w:r>
              <w:rPr>
                <w:b/>
                <w:sz w:val="18"/>
              </w:rPr>
              <w:t>Akademik Danışman</w:t>
            </w:r>
            <w:r>
              <w:rPr>
                <w:b/>
                <w:sz w:val="18"/>
              </w:rPr>
              <w:br/>
              <w:t>İmza</w:t>
            </w:r>
          </w:p>
        </w:tc>
      </w:tr>
    </w:tbl>
    <w:p w14:paraId="20DCA0B4" w14:textId="6C24DB62" w:rsidR="006659BD" w:rsidRDefault="006659BD"/>
    <w:sectPr w:rsidR="006659BD" w:rsidSect="00034616">
      <w:headerReference w:type="default" r:id="rId9"/>
      <w:footerReference w:type="default" r:id="rId10"/>
      <w:pgSz w:w="12240" w:h="15840"/>
      <w:pgMar w:top="652" w:right="709" w:bottom="652" w:left="709" w:header="28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9E0D7" w14:textId="77777777" w:rsidR="006659BD" w:rsidRDefault="006659BD">
      <w:r>
        <w:separator/>
      </w:r>
    </w:p>
  </w:endnote>
  <w:endnote w:type="continuationSeparator" w:id="0">
    <w:p w14:paraId="28142C03" w14:textId="77777777" w:rsidR="006659BD" w:rsidRDefault="00665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4C2D3" w14:textId="77777777" w:rsidR="00C95BDA" w:rsidRDefault="00C95BD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D49FC" w14:textId="77777777" w:rsidR="006659BD" w:rsidRDefault="006659BD">
      <w:r>
        <w:separator/>
      </w:r>
    </w:p>
  </w:footnote>
  <w:footnote w:type="continuationSeparator" w:id="0">
    <w:p w14:paraId="50D0ADC7" w14:textId="77777777" w:rsidR="006659BD" w:rsidRDefault="006659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87B52" w14:textId="77777777" w:rsidR="00C95BDA" w:rsidRDefault="00C95BD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3478945">
    <w:abstractNumId w:val="8"/>
  </w:num>
  <w:num w:numId="2" w16cid:durableId="774331581">
    <w:abstractNumId w:val="6"/>
  </w:num>
  <w:num w:numId="3" w16cid:durableId="1902523598">
    <w:abstractNumId w:val="5"/>
  </w:num>
  <w:num w:numId="4" w16cid:durableId="1779831987">
    <w:abstractNumId w:val="4"/>
  </w:num>
  <w:num w:numId="5" w16cid:durableId="1623420011">
    <w:abstractNumId w:val="7"/>
  </w:num>
  <w:num w:numId="6" w16cid:durableId="1113088830">
    <w:abstractNumId w:val="3"/>
  </w:num>
  <w:num w:numId="7" w16cid:durableId="697856146">
    <w:abstractNumId w:val="2"/>
  </w:num>
  <w:num w:numId="8" w16cid:durableId="1840390868">
    <w:abstractNumId w:val="1"/>
  </w:num>
  <w:num w:numId="9" w16cid:durableId="1715078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4CD9"/>
    <w:rsid w:val="006659BD"/>
    <w:rsid w:val="00863C1A"/>
    <w:rsid w:val="00AA1D8D"/>
    <w:rsid w:val="00B46DC4"/>
    <w:rsid w:val="00B47730"/>
    <w:rsid w:val="00C95BD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9EDA57"/>
  <w14:defaultImageDpi w14:val="300"/>
  <w15:docId w15:val="{ED9B0805-4ACE-4B62-B28E-0012FD37F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eastAsia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341</Words>
  <Characters>1949</Characters>
  <Application>Microsoft Office Word</Application>
  <DocSecurity>0</DocSecurity>
  <Lines>16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Akademik Danışmanlık Toplantı Tutanağı ve Katılım Listesi</vt:lpstr>
      <vt:lpstr/>
    </vt:vector>
  </TitlesOfParts>
  <Manager/>
  <Company/>
  <LinksUpToDate>false</LinksUpToDate>
  <CharactersWithSpaces>2286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Akademik Danışmanlık Toplantı Tutanağı ve Katılım Listesi</dc:title>
  <dc:subject>Aydın Adnan Menderes Üniversitesi Spor Bilimleri Fakültesi</dc:subject>
  <dc:creator>Aydın Adnan Menderes Üniversitesi Spor Bilimleri Fakültesi</dc:creator>
  <cp:keywords/>
  <dc:description>generated by python-docx</dc:description>
  <cp:lastModifiedBy>Reviewer1</cp:lastModifiedBy>
  <cp:revision>2</cp:revision>
  <dcterms:created xsi:type="dcterms:W3CDTF">2013-12-23T23:15:00Z</dcterms:created>
  <dcterms:modified xsi:type="dcterms:W3CDTF">2026-09-30T13:53:00Z</dcterms:modified>
  <cp:category/>
</cp:coreProperties>
</file>